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Taxi Bill Format - Version 2 (GST Detailed)</w:t>
      </w:r>
    </w:p>
    <w:p>
      <w:r>
        <w:rPr>
          <w:sz w:val="16"/>
        </w:rPr>
        <w:t>Taxi bill format for trips, distance, fares, tolls and payable amount.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Taxi Bill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Trip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From - To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KM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 / KM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Waiting / Toll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 - Delhi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 - Pune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 - Ahmedabad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 - Bengaluru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 - 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