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Tax Invoice Format - Version 3 (Professional Approval)</w:t>
      </w:r>
    </w:p>
    <w:p>
      <w:r>
        <w:rPr>
          <w:sz w:val="16"/>
        </w:rPr>
        <w:t>Professional tax invoice layout with item details, HSN/SAC, taxable value, GST and final invoice total.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Tax Invoice Format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S.No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Item Description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HSN/SAC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Qty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Taxable Value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GST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Total Amount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9983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306.0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2006.0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8471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486.0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3186.0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3004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684.0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4484.0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9966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900.0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5900.0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2106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1050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1134.0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7434.0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3,510.00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23,010.00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