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Sales Register Format - Version 2 (GST Detailed)</w:t>
      </w:r>
    </w:p>
    <w:p>
      <w:r>
        <w:rPr>
          <w:sz w:val="16"/>
        </w:rPr>
        <w:t>Register used to record daily sales, invoice numbers, customer details, GST and collection status.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Sales Register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Invoice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Customer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GSTIN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Payment Status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ABC Traders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Paid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Green Leaf Pvt Ltd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Pending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Part Paid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Sunrise Enterprises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Approved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INV-1005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Global Retail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27ABCDE1234F1Z5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Open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