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Sale Bill Format - Version 2 (GST Detailed)</w:t>
      </w:r>
    </w:p>
    <w:p>
      <w:r>
        <w:rPr>
          <w:sz w:val="16"/>
        </w:rPr>
        <w:t>Sale bill format for product/service billing with discount and GST fields.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Sale Bill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Discount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4500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