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8E1" w:rsidRDefault="00EB637A">
      <w:pPr>
        <w:jc w:val="center"/>
      </w:pPr>
      <w:r>
        <w:rPr>
          <w:noProof/>
        </w:rPr>
        <w:drawing>
          <wp:inline distT="0" distB="0" distL="0" distR="0">
            <wp:extent cx="9418320" cy="791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eeac1bd-5273-42b9-ab4b-7d042bef4a6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8E1" w:rsidRDefault="00EB637A">
      <w:r>
        <w:rPr>
          <w:b/>
          <w:sz w:val="32"/>
        </w:rPr>
        <w:t>Rent Invoice Format - Version 1 (Simple)</w:t>
      </w:r>
    </w:p>
    <w:p w:rsidR="005468E1" w:rsidRDefault="00EB637A">
      <w:r>
        <w:t>Rent invoice format for property rent, maintenance, tax, paid and balance details.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13"/>
        <w:gridCol w:w="7913"/>
      </w:tblGrid>
      <w:tr w:rsidR="005468E1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0E4A82"/>
          </w:tcPr>
          <w:p w:rsidR="005468E1" w:rsidRDefault="00EB637A">
            <w:r>
              <w:rPr>
                <w:b/>
                <w:color w:val="FFFFFF"/>
              </w:rPr>
              <w:t>Business / Company Details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0E4A82"/>
          </w:tcPr>
          <w:p w:rsidR="005468E1" w:rsidRDefault="00EB637A">
            <w:r>
              <w:rPr>
                <w:b/>
                <w:color w:val="FFFFFF"/>
              </w:rPr>
              <w:t>Document Details</w:t>
            </w:r>
          </w:p>
        </w:tc>
      </w:tr>
      <w:tr w:rsidR="005468E1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5468E1" w:rsidRDefault="00EB637A">
            <w:r>
              <w:t>Business Name: ____________________________</w:t>
            </w:r>
            <w:r>
              <w:br/>
              <w:t xml:space="preserve">Address: </w:t>
            </w:r>
            <w:r>
              <w:t>__________________________________</w:t>
            </w:r>
            <w:r>
              <w:br/>
              <w:t>GSTIN: __________________  Phone: __________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5468E1" w:rsidRDefault="00EB637A">
            <w:r>
              <w:t>Format Type: Rent Invoice Format</w:t>
            </w:r>
            <w:r>
              <w:br/>
              <w:t>Version: Simple</w:t>
            </w:r>
            <w:r>
              <w:br/>
              <w:t>Date: ____ / ____ / ______    No.: ____________</w:t>
            </w:r>
          </w:p>
        </w:tc>
      </w:tr>
    </w:tbl>
    <w:p w:rsidR="005468E1" w:rsidRDefault="005468E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 w:rsidR="005468E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0E4A82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Period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0E4A82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Property Details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0E4A82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Tenant Name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0E4A82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Rent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0E4A82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Maintenance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0E4A82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0E4A82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Paid Amount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0E4A82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Balance</w:t>
            </w:r>
          </w:p>
        </w:tc>
      </w:tr>
      <w:tr w:rsidR="005468E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Rahul Sharma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306.0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500</w:t>
            </w:r>
          </w:p>
        </w:tc>
      </w:tr>
      <w:tr w:rsidR="005468E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Priya Mehta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486.0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1000</w:t>
            </w:r>
          </w:p>
        </w:tc>
      </w:tr>
      <w:tr w:rsidR="005468E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Amit Verma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684.0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3500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1500</w:t>
            </w:r>
          </w:p>
        </w:tc>
      </w:tr>
      <w:tr w:rsidR="005468E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Neha Singh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900.0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4500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EAF3FA"/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2000</w:t>
            </w:r>
          </w:p>
        </w:tc>
      </w:tr>
      <w:tr w:rsidR="005468E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Jun 2026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Shop No. 12, Main Road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Vikram Rao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1134.0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5500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vAlign w:val="center"/>
          </w:tcPr>
          <w:p w:rsidR="005468E1" w:rsidRDefault="00EB637A">
            <w:pPr>
              <w:spacing w:after="0"/>
              <w:jc w:val="center"/>
            </w:pPr>
            <w:r>
              <w:rPr>
                <w:sz w:val="14"/>
              </w:rPr>
              <w:t>2500</w:t>
            </w:r>
          </w:p>
        </w:tc>
      </w:tr>
      <w:tr w:rsidR="005468E1">
        <w:trPr>
          <w:jc w:val="center"/>
        </w:trPr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5468E1" w:rsidRDefault="005468E1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5468E1" w:rsidRDefault="005468E1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5468E1" w:rsidRDefault="005468E1">
            <w:pPr>
              <w:spacing w:after="0"/>
              <w:jc w:val="center"/>
            </w:pP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sz w:val="14"/>
              </w:rPr>
              <w:t>17,500</w:t>
            </w:r>
          </w:p>
        </w:tc>
        <w:tc>
          <w:tcPr>
            <w:tcW w:w="1978" w:type="dxa"/>
            <w:tcBorders>
              <w:top w:val="single" w:sz="3" w:space="0" w:color="CBD5E1"/>
              <w:left w:val="single" w:sz="3" w:space="0" w:color="CBD5E1"/>
              <w:bottom w:val="single" w:sz="3" w:space="0" w:color="CBD5E1"/>
              <w:right w:val="single" w:sz="3" w:space="0" w:color="CBD5E1"/>
            </w:tcBorders>
            <w:shd w:val="clear" w:color="auto" w:fill="F3F4F6"/>
          </w:tcPr>
          <w:p w:rsidR="005468E1" w:rsidRDefault="00EB637A">
            <w:pPr>
              <w:spacing w:after="0"/>
              <w:jc w:val="center"/>
            </w:pPr>
            <w:r>
              <w:rPr>
                <w:b/>
                <w:sz w:val="14"/>
              </w:rPr>
              <w:t>7,500</w:t>
            </w:r>
          </w:p>
        </w:tc>
      </w:tr>
    </w:tbl>
    <w:p w:rsidR="005468E1" w:rsidRDefault="005468E1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13"/>
        <w:gridCol w:w="7913"/>
      </w:tblGrid>
      <w:tr w:rsidR="005468E1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0E4A82"/>
          </w:tcPr>
          <w:p w:rsidR="005468E1" w:rsidRDefault="00EB637A">
            <w:r>
              <w:rPr>
                <w:b/>
                <w:color w:val="FFFFFF"/>
              </w:rPr>
              <w:t>Summary / Notes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0E4A82"/>
          </w:tcPr>
          <w:p w:rsidR="005468E1" w:rsidRDefault="00EB637A">
            <w:r>
              <w:rPr>
                <w:b/>
                <w:color w:val="FFFFFF"/>
              </w:rPr>
              <w:t>Authorization</w:t>
            </w:r>
          </w:p>
        </w:tc>
      </w:tr>
      <w:tr w:rsidR="005468E1">
        <w:trPr>
          <w:jc w:val="center"/>
        </w:trPr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5468E1" w:rsidRDefault="00EB637A">
            <w:r>
              <w:t xml:space="preserve">Subtotal: ____________________    Tax: ____________________    Grand Total: </w:t>
            </w:r>
            <w:r>
              <w:t>____________________</w:t>
            </w:r>
            <w:r>
              <w:br/>
              <w:t>Notes / Terms: ________________________________________________________________</w:t>
            </w:r>
          </w:p>
        </w:tc>
        <w:tc>
          <w:tcPr>
            <w:tcW w:w="7913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 w:rsidR="005468E1" w:rsidRDefault="00EB637A">
            <w:r>
              <w:t>Prepared By: ____________________</w:t>
            </w:r>
            <w:r>
              <w:br/>
            </w:r>
            <w:r>
              <w:br/>
              <w:t>Checked By: ____________________</w:t>
            </w:r>
            <w:r>
              <w:br/>
            </w:r>
            <w:r>
              <w:br/>
              <w:t>Authorized Signature: ____________________</w:t>
            </w:r>
          </w:p>
        </w:tc>
      </w:tr>
    </w:tbl>
    <w:p w:rsidR="005468E1" w:rsidRDefault="005468E1" w:rsidP="00EB637A">
      <w:pPr>
        <w:jc w:val="right"/>
      </w:pPr>
      <w:bookmarkStart w:id="0" w:name="_GoBack"/>
      <w:bookmarkEnd w:id="0"/>
    </w:p>
    <w:sectPr w:rsidR="005468E1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68E1"/>
    <w:rsid w:val="00AA1D8D"/>
    <w:rsid w:val="00B47730"/>
    <w:rsid w:val="00CB0664"/>
    <w:rsid w:val="00EB63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C7B8F97-D4CC-4B5E-B871-83C53277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2AA4BF-DB20-4983-9BA4-A2231B25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Jaya Murugan C</cp:lastModifiedBy>
  <cp:revision>2</cp:revision>
  <dcterms:created xsi:type="dcterms:W3CDTF">2013-12-23T23:15:00Z</dcterms:created>
  <dcterms:modified xsi:type="dcterms:W3CDTF">2026-06-19T08:15:00Z</dcterms:modified>
  <cp:category/>
</cp:coreProperties>
</file>