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Purchase Order Format - Version 2 (GST Detailed)</w:t>
      </w:r>
    </w:p>
    <w:p>
      <w:r>
        <w:rPr>
          <w:sz w:val="16"/>
        </w:rPr>
        <w:t>Purchase order template with supplier, item, quantity, rate and order value sections.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Purchase Order Format</w:t>
              <w:br/>
              <w:t>Version: GST Detailed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S.No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Item Description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HSN/SAC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Taxable Value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9983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8471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3004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9966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2106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