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418320" cy="7915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eeac1bd-5273-42b9-ab4b-7d042bef4a6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418320" cy="7915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sz w:val="32"/>
        </w:rPr>
        <w:t>Payment Voucher Template - Version 3 (Professional Approval)</w:t>
      </w:r>
    </w:p>
    <w:p>
      <w:r>
        <w:rPr>
          <w:sz w:val="16"/>
        </w:rPr>
        <w:t>Reusable payment voucher template for cheque, bank transfer and cash payments.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Business / Company Details</w:t>
            </w:r>
          </w:p>
        </w:tc>
        <w:tc>
          <w:tcPr>
            <w:tcW w:type="dxa" w:w="7913"/>
            <w:shd w:fill="155E75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Document Details</w:t>
            </w:r>
          </w:p>
        </w:tc>
      </w:tr>
      <w:tr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Business Name: ____________________________</w:t>
              <w:br/>
              <w:t>Address: __________________________________</w:t>
              <w:br/>
              <w:t>GSTIN: __________________  Phone: __________</w:t>
            </w:r>
          </w:p>
        </w:tc>
        <w:tc>
          <w:tcPr>
            <w:tcW w:type="dxa" w:w="7913"/>
            <w:vAlign w:val="top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Format Type: Payment Voucher Template</w:t>
              <w:br/>
              <w:t>Version: Professional Approval</w:t>
              <w:br/>
              <w:t>Date: ____ / ____ / ______    No.: ____________</w:t>
            </w:r>
          </w:p>
        </w:tc>
      </w:tr>
    </w:tbl>
    <w:p/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978"/>
        <w:gridCol w:w="1978"/>
        <w:gridCol w:w="1978"/>
        <w:gridCol w:w="1978"/>
        <w:gridCol w:w="1978"/>
        <w:gridCol w:w="1978"/>
        <w:gridCol w:w="1978"/>
        <w:gridCol w:w="1978"/>
      </w:tblGrid>
      <w:tr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Voucher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Date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Payee Name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Payment Type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Reference No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Amount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Purpose</w:t>
            </w:r>
          </w:p>
        </w:tc>
        <w:tc>
          <w:tcPr>
            <w:tcW w:type="dxa" w:w="1978"/>
            <w:shd w:fill="155E75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4"/>
              </w:rPr>
              <w:t>Authorized By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01-06-2026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ABC Traders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Cash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REF-701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1700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Product A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02-06-2026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Green Leaf Pvt Ltd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UPI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REF-702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2700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Service Package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03-06-2026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Metro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Bank Transfer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REF-703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3800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Consulting Fee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04-06-2026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Sunrise Enterprises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Cheque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REF-704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5000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Spare Parts</w:t>
            </w:r>
          </w:p>
        </w:tc>
        <w:tc>
          <w:tcPr>
            <w:tcW w:type="dxa" w:w="1978"/>
            <w:shd w:fill="ECFEFF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PV-205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05-06-2026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Global Retail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Card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REF-705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6300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Office Supplies</w:t>
            </w:r>
          </w:p>
        </w:tc>
        <w:tc>
          <w:tcPr>
            <w:tcW w:type="dxa" w:w="1978"/>
            <w:vAlign w:val="center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 w:val="0"/>
                <w:sz w:val="14"/>
              </w:rPr>
              <w:t>Manager</w:t>
            </w:r>
          </w:p>
        </w:tc>
      </w:tr>
      <w:tr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Total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  <w:t>19,500</w:t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  <w:tc>
          <w:tcPr>
            <w:tcW w:type="dxa" w:w="1978"/>
            <w:shd w:fill="F3F4F6"/>
            <w:tcBorders>
              <w:top w:sz="3" w:val="single" w:color="CBD5E1"/>
              <w:left w:sz="3" w:val="single" w:color="CBD5E1"/>
              <w:bottom w:sz="3" w:val="single" w:color="CBD5E1"/>
              <w:right w:sz="3" w:val="single" w:color="CBD5E1"/>
            </w:tcBorders>
          </w:tcPr>
          <w:p>
            <w:pPr>
              <w:spacing w:after="0"/>
              <w:jc w:val="center"/>
            </w:pPr>
            <w:r>
              <w:rPr>
                <w:b/>
                <w:sz w:val="14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913"/>
        <w:gridCol w:w="7913"/>
      </w:tblGrid>
      <w:tr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Summary / Notes</w:t>
            </w:r>
          </w:p>
        </w:tc>
        <w:tc>
          <w:tcPr>
            <w:tcW w:type="dxa" w:w="7913"/>
            <w:shd w:fill="155E75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b/>
                <w:color w:val="FFFFFF"/>
                <w:sz w:val="16"/>
              </w:rPr>
              <w:t>Authorization</w:t>
            </w:r>
          </w:p>
        </w:tc>
      </w:tr>
      <w:tr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Subtotal: ____________________    Tax: ____________________    Grand Total: ____________________</w:t>
              <w:br/>
              <w:t>Notes / Terms: ________________________________________________________________</w:t>
            </w:r>
          </w:p>
        </w:tc>
        <w:tc>
          <w:tcPr>
            <w:tcW w:type="dxa" w:w="7913"/>
            <w:tcBorders>
              <w:top w:sz="4" w:val="single" w:color="CBD5E1"/>
              <w:left w:sz="4" w:val="single" w:color="CBD5E1"/>
              <w:bottom w:sz="4" w:val="single" w:color="CBD5E1"/>
              <w:right w:sz="4" w:val="single" w:color="CBD5E1"/>
            </w:tcBorders>
          </w:tcPr>
          <w:p>
            <w:r>
              <w:rPr>
                <w:sz w:val="16"/>
              </w:rPr>
              <w:t>Prepared By: ____________________</w:t>
              <w:br/>
              <w:br/>
              <w:t>Checked By: ____________________</w:t>
              <w:br/>
              <w:br/>
              <w:t>Authorized Signature: ____________________</w:t>
            </w:r>
          </w:p>
        </w:tc>
      </w:tr>
    </w:tbl>
    <w:p>
      <w:pPr>
        <w:jc w:val="right"/>
      </w:pPr>
      <w:r>
        <w:rPr>
          <w:sz w:val="14"/>
        </w:rPr>
        <w:t>Template generated for RASEED app - editable business format</w:t>
      </w:r>
    </w:p>
    <w:sectPr w:rsidR="00FC693F" w:rsidRPr="0006063C" w:rsidSect="00034616">
      <w:pgSz w:w="16834" w:h="11909" w:orient="landscape"/>
      <w:pgMar w:top="360" w:right="504" w:bottom="360" w:left="5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