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418320" cy="79154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eeac1bd-5273-42b9-ab4b-7d042bef4a6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418320" cy="7915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</w:pPr>
      <w:r>
        <w:rPr>
          <w:b/>
          <w:sz w:val="32"/>
        </w:rPr>
        <w:t>GST Reconciliation Format - Version 1 (Simple)</w:t>
      </w:r>
    </w:p>
    <w:p>
      <w:r>
        <w:rPr>
          <w:sz w:val="16"/>
        </w:rPr>
        <w:t>GST reconciliation sheet for comparing books, returns and ITC records.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7913"/>
        <w:gridCol w:w="7913"/>
      </w:tblGrid>
      <w:tr>
        <w:tc>
          <w:tcPr>
            <w:tcW w:type="dxa" w:w="7913"/>
            <w:shd w:fill="0E4A82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Business / Company Details</w:t>
            </w:r>
          </w:p>
        </w:tc>
        <w:tc>
          <w:tcPr>
            <w:tcW w:type="dxa" w:w="7913"/>
            <w:shd w:fill="0E4A82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Document Details</w:t>
            </w:r>
          </w:p>
        </w:tc>
      </w:tr>
      <w:tr>
        <w:tc>
          <w:tcPr>
            <w:tcW w:type="dxa" w:w="7913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Business Name: ____________________________</w:t>
              <w:br/>
              <w:t>Address: __________________________________</w:t>
              <w:br/>
              <w:t>GSTIN: __________________  Phone: __________</w:t>
            </w:r>
          </w:p>
        </w:tc>
        <w:tc>
          <w:tcPr>
            <w:tcW w:type="dxa" w:w="7913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Format Type: GST Reconciliation Format</w:t>
              <w:br/>
              <w:t>Version: Simple</w:t>
              <w:br/>
              <w:t>Date: ____ / ____ / ______    No.: ____________</w:t>
            </w:r>
          </w:p>
        </w:tc>
      </w:tr>
    </w:tbl>
    <w:p/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978"/>
        <w:gridCol w:w="1978"/>
        <w:gridCol w:w="1978"/>
        <w:gridCol w:w="1978"/>
        <w:gridCol w:w="1978"/>
        <w:gridCol w:w="1978"/>
        <w:gridCol w:w="1978"/>
        <w:gridCol w:w="1978"/>
      </w:tblGrid>
      <w:tr>
        <w:tc>
          <w:tcPr>
            <w:tcW w:type="dxa" w:w="1978"/>
            <w:shd w:fill="0E4A82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Period</w:t>
            </w:r>
          </w:p>
        </w:tc>
        <w:tc>
          <w:tcPr>
            <w:tcW w:type="dxa" w:w="1978"/>
            <w:shd w:fill="0E4A82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GSTIN</w:t>
            </w:r>
          </w:p>
        </w:tc>
        <w:tc>
          <w:tcPr>
            <w:tcW w:type="dxa" w:w="1978"/>
            <w:shd w:fill="0E4A82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Books Sales</w:t>
            </w:r>
          </w:p>
        </w:tc>
        <w:tc>
          <w:tcPr>
            <w:tcW w:type="dxa" w:w="1978"/>
            <w:shd w:fill="0E4A82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GSTR-1 Sales</w:t>
            </w:r>
          </w:p>
        </w:tc>
        <w:tc>
          <w:tcPr>
            <w:tcW w:type="dxa" w:w="1978"/>
            <w:shd w:fill="0E4A82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Difference</w:t>
            </w:r>
          </w:p>
        </w:tc>
        <w:tc>
          <w:tcPr>
            <w:tcW w:type="dxa" w:w="1978"/>
            <w:shd w:fill="0E4A82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ITC Books</w:t>
            </w:r>
          </w:p>
        </w:tc>
        <w:tc>
          <w:tcPr>
            <w:tcW w:type="dxa" w:w="1978"/>
            <w:shd w:fill="0E4A82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GSTR-2B ITC</w:t>
            </w:r>
          </w:p>
        </w:tc>
        <w:tc>
          <w:tcPr>
            <w:tcW w:type="dxa" w:w="1978"/>
            <w:shd w:fill="0E4A82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Remarks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Jun 2026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27ABCDE1234F1Z5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306.0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306.0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For business use</w:t>
            </w:r>
          </w:p>
        </w:tc>
      </w:tr>
      <w:tr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Jun 2026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27ABCDE1234F1Z5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486.0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486.0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For business use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Jun 2026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27ABCDE1234F1Z5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684.0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684.0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For business use</w:t>
            </w:r>
          </w:p>
        </w:tc>
      </w:tr>
      <w:tr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Jun 2026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27ABCDE1234F1Z5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900.0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900.0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For business use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Jun 2026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27ABCDE1234F1Z5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1134.0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1134.0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For business use</w:t>
            </w:r>
          </w:p>
        </w:tc>
      </w:tr>
      <w:tr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Total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3,510.00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3,510.00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913"/>
        <w:gridCol w:w="7913"/>
      </w:tblGrid>
      <w:tr>
        <w:tc>
          <w:tcPr>
            <w:tcW w:type="dxa" w:w="7913"/>
            <w:shd w:fill="0E4A82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Summary / Notes</w:t>
            </w:r>
          </w:p>
        </w:tc>
        <w:tc>
          <w:tcPr>
            <w:tcW w:type="dxa" w:w="7913"/>
            <w:shd w:fill="0E4A82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Authorization</w:t>
            </w:r>
          </w:p>
        </w:tc>
      </w:tr>
      <w:tr>
        <w:tc>
          <w:tcPr>
            <w:tcW w:type="dxa" w:w="7913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Subtotal: ____________________    Tax: ____________________    Grand Total: ____________________</w:t>
              <w:br/>
              <w:t>Notes / Terms: ________________________________________________________________</w:t>
            </w:r>
          </w:p>
        </w:tc>
        <w:tc>
          <w:tcPr>
            <w:tcW w:type="dxa" w:w="7913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Prepared By: ____________________</w:t>
              <w:br/>
              <w:br/>
              <w:t>Checked By: ____________________</w:t>
              <w:br/>
              <w:br/>
              <w:t>Authorized Signature: ____________________</w:t>
            </w:r>
          </w:p>
        </w:tc>
      </w:tr>
    </w:tbl>
    <w:p>
      <w:pPr>
        <w:jc w:val="right"/>
      </w:pPr>
      <w:r>
        <w:rPr>
          <w:sz w:val="14"/>
        </w:rPr>
        <w:t>Template generated for RASEED app - editable business format</w:t>
      </w:r>
    </w:p>
    <w:sectPr w:rsidR="00FC693F" w:rsidRPr="0006063C" w:rsidSect="00034616">
      <w:pgSz w:w="16834" w:h="11909" w:orient="landscape"/>
      <w:pgMar w:top="360" w:right="504" w:bottom="360" w:left="5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