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E-invoice Format - Version 2 (GST Detailed)</w:t>
      </w:r>
    </w:p>
    <w:p>
      <w:r>
        <w:rPr>
          <w:sz w:val="16"/>
        </w:rPr>
        <w:t>E-invoice format with IRN, acknowledgement, item, HSN/SAC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E-invoice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IRN / Doc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Ack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